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2BEF37" w14:textId="467E0DEF" w:rsidR="00726483" w:rsidRPr="006C6C91" w:rsidRDefault="00B16184" w:rsidP="00234000">
      <w:pPr>
        <w:pStyle w:val="Titolo1"/>
        <w:jc w:val="center"/>
        <w:rPr>
          <w:color w:val="auto"/>
          <w:lang w:val="it-IT"/>
        </w:rPr>
      </w:pPr>
      <w:r w:rsidRPr="006C6C91">
        <w:rPr>
          <w:color w:val="auto"/>
          <w:lang w:val="it-IT"/>
        </w:rPr>
        <w:t>ISTITUTO COMPRENSIVO “MUSTI–DIMICCOLI”</w:t>
      </w:r>
      <w:r>
        <w:rPr>
          <w:color w:val="auto"/>
          <w:lang w:val="it-IT"/>
        </w:rPr>
        <w:t>-BTCI866003</w:t>
      </w:r>
      <w:r w:rsidRPr="006C6C91">
        <w:rPr>
          <w:color w:val="auto"/>
          <w:lang w:val="it-IT"/>
        </w:rPr>
        <w:t xml:space="preserve"> – BARLETTA</w:t>
      </w:r>
    </w:p>
    <w:p w14:paraId="1084FF34" w14:textId="38FAC668" w:rsidR="00726483" w:rsidRPr="006C6C91" w:rsidRDefault="00B16184" w:rsidP="00234000">
      <w:pPr>
        <w:pStyle w:val="Titolo2"/>
        <w:jc w:val="center"/>
        <w:rPr>
          <w:color w:val="auto"/>
          <w:lang w:val="it-IT"/>
        </w:rPr>
      </w:pPr>
      <w:r w:rsidRPr="006C6C91">
        <w:rPr>
          <w:color w:val="auto"/>
          <w:lang w:val="it-IT"/>
        </w:rPr>
        <w:t xml:space="preserve">MODULO DI DISPONIBILITÀ ORE ECCEDENTI </w:t>
      </w:r>
      <w:bookmarkStart w:id="0" w:name="_GoBack"/>
      <w:bookmarkEnd w:id="0"/>
    </w:p>
    <w:p w14:paraId="17062A21" w14:textId="77777777" w:rsidR="00426D69" w:rsidRDefault="00B16184" w:rsidP="006C6C91">
      <w:pPr>
        <w:spacing w:after="0"/>
        <w:rPr>
          <w:lang w:val="it-IT"/>
        </w:rPr>
      </w:pPr>
      <w:r w:rsidRPr="006C6C91">
        <w:rPr>
          <w:lang w:val="it-IT"/>
        </w:rPr>
        <w:br/>
        <w:t>Il/La sottoscritto/a ___________________________________________</w:t>
      </w:r>
      <w:r w:rsidRPr="006C6C91">
        <w:rPr>
          <w:lang w:val="it-IT"/>
        </w:rPr>
        <w:br/>
        <w:t>docente di ________________________________________</w:t>
      </w:r>
      <w:r w:rsidRPr="006C6C91">
        <w:rPr>
          <w:lang w:val="it-IT"/>
        </w:rPr>
        <w:br/>
        <w:t>classe di concorso _________________________________</w:t>
      </w:r>
    </w:p>
    <w:p w14:paraId="742D7F9F" w14:textId="2776DE1A" w:rsidR="006C6C91" w:rsidRDefault="00426D69" w:rsidP="006C6C91">
      <w:pPr>
        <w:spacing w:after="0"/>
        <w:rPr>
          <w:lang w:val="it-IT"/>
        </w:rPr>
      </w:pPr>
      <w:r>
        <w:rPr>
          <w:lang w:val="it-IT"/>
        </w:rPr>
        <w:t xml:space="preserve">Vista la circolare n. 25 </w:t>
      </w:r>
      <w:proofErr w:type="spellStart"/>
      <w:r>
        <w:rPr>
          <w:lang w:val="it-IT"/>
        </w:rPr>
        <w:t>prot</w:t>
      </w:r>
      <w:proofErr w:type="spellEnd"/>
      <w:r>
        <w:rPr>
          <w:lang w:val="it-IT"/>
        </w:rPr>
        <w:t xml:space="preserve">. n. 5752 del 05/10/2026 </w:t>
      </w:r>
      <w:r w:rsidR="00B16184" w:rsidRPr="006C6C91">
        <w:rPr>
          <w:lang w:val="it-IT"/>
        </w:rPr>
        <w:br/>
      </w:r>
      <w:r w:rsidR="00B16184" w:rsidRPr="006C6C91">
        <w:rPr>
          <w:lang w:val="it-IT"/>
        </w:rPr>
        <w:br/>
      </w:r>
      <w:r w:rsidR="006C6C91">
        <w:rPr>
          <w:lang w:val="it-IT"/>
        </w:rPr>
        <w:t xml:space="preserve">                                                                                    </w:t>
      </w:r>
      <w:r w:rsidR="00B16184" w:rsidRPr="006C6C91">
        <w:rPr>
          <w:lang w:val="it-IT"/>
        </w:rPr>
        <w:t>DICHIARA</w:t>
      </w:r>
      <w:r w:rsidR="00B16184" w:rsidRPr="006C6C91">
        <w:rPr>
          <w:lang w:val="it-IT"/>
        </w:rPr>
        <w:br/>
      </w:r>
      <w:r w:rsidR="00B16184" w:rsidRPr="006C6C91">
        <w:rPr>
          <w:lang w:val="it-IT"/>
        </w:rPr>
        <w:br/>
        <w:t>di essere disponi</w:t>
      </w:r>
      <w:r w:rsidR="00643F64">
        <w:rPr>
          <w:lang w:val="it-IT"/>
        </w:rPr>
        <w:t>bile, per l’anno scolastico 2026/2027</w:t>
      </w:r>
      <w:r w:rsidR="00B16184" w:rsidRPr="006C6C91">
        <w:rPr>
          <w:lang w:val="it-IT"/>
        </w:rPr>
        <w:t>, ad effettuare ore eccedenti rispetto all’orario d’ob</w:t>
      </w:r>
      <w:r w:rsidR="000A7D4F">
        <w:rPr>
          <w:lang w:val="it-IT"/>
        </w:rPr>
        <w:t xml:space="preserve">bligo, </w:t>
      </w:r>
      <w:r w:rsidR="00B16184" w:rsidRPr="006C6C91">
        <w:rPr>
          <w:lang w:val="it-IT"/>
        </w:rPr>
        <w:t>ai sensi dell’art. 70 del CCNL 1995, dell’art. 28 del CCNL 2006-2009 e dell’art. 78 del CCNL 2019-2021.</w:t>
      </w:r>
      <w:r w:rsidR="00B16184" w:rsidRPr="006C6C91">
        <w:rPr>
          <w:lang w:val="it-IT"/>
        </w:rPr>
        <w:br/>
      </w:r>
      <w:r w:rsidR="00B16184" w:rsidRPr="006C6C91">
        <w:rPr>
          <w:lang w:val="it-IT"/>
        </w:rPr>
        <w:br/>
        <w:t xml:space="preserve">☐ Disponibile a effettuare fino a n. ___ ore settimanali aggiuntive </w:t>
      </w:r>
    </w:p>
    <w:p w14:paraId="7F1DEAF0" w14:textId="163347FE" w:rsidR="006C6C91" w:rsidRDefault="00B16184" w:rsidP="006C6C91">
      <w:pPr>
        <w:spacing w:after="0"/>
        <w:jc w:val="both"/>
        <w:rPr>
          <w:lang w:val="it-IT"/>
        </w:rPr>
      </w:pPr>
      <w:r w:rsidRPr="006C6C91">
        <w:rPr>
          <w:lang w:val="it-IT"/>
        </w:rPr>
        <w:t xml:space="preserve"> </w:t>
      </w:r>
      <w:r w:rsidRPr="006C6C91">
        <w:rPr>
          <w:lang w:val="it-IT"/>
        </w:rPr>
        <w:br/>
      </w:r>
    </w:p>
    <w:p w14:paraId="3B441DB3" w14:textId="0FB91411" w:rsidR="006C6C91" w:rsidRDefault="00B16184" w:rsidP="006C6C91">
      <w:pPr>
        <w:spacing w:after="0"/>
        <w:jc w:val="both"/>
        <w:rPr>
          <w:lang w:val="it-IT"/>
        </w:rPr>
      </w:pPr>
      <w:r w:rsidRPr="006C6C91">
        <w:rPr>
          <w:lang w:val="it-IT"/>
        </w:rPr>
        <w:t xml:space="preserve"> </w:t>
      </w:r>
      <w:r w:rsidRPr="006C6C91">
        <w:rPr>
          <w:lang w:val="it-IT"/>
        </w:rPr>
        <w:br/>
      </w:r>
    </w:p>
    <w:p w14:paraId="593F28C8" w14:textId="39CAFC76" w:rsidR="00726483" w:rsidRPr="006C6C91" w:rsidRDefault="00B16184" w:rsidP="006C6C91">
      <w:pPr>
        <w:jc w:val="both"/>
        <w:rPr>
          <w:lang w:val="it-IT"/>
        </w:rPr>
      </w:pPr>
      <w:r w:rsidRPr="006C6C91">
        <w:rPr>
          <w:lang w:val="it-IT"/>
        </w:rPr>
        <w:br/>
      </w:r>
      <w:r w:rsidRPr="006C6C91">
        <w:rPr>
          <w:lang w:val="it-IT"/>
        </w:rPr>
        <w:br/>
      </w:r>
      <w:r w:rsidRPr="006C6C91">
        <w:rPr>
          <w:lang w:val="it-IT"/>
        </w:rPr>
        <w:br/>
      </w:r>
      <w:r w:rsidRPr="006C6C91">
        <w:rPr>
          <w:lang w:val="it-IT"/>
        </w:rPr>
        <w:br/>
        <w:t>Data _________________________              Firma ____________________________</w:t>
      </w:r>
      <w:r w:rsidRPr="006C6C91">
        <w:rPr>
          <w:lang w:val="it-IT"/>
        </w:rPr>
        <w:br/>
      </w:r>
      <w:r w:rsidRPr="006C6C91">
        <w:rPr>
          <w:lang w:val="it-IT"/>
        </w:rPr>
        <w:br/>
      </w:r>
      <w:r w:rsidRPr="006C6C91">
        <w:rPr>
          <w:lang w:val="it-IT"/>
        </w:rPr>
        <w:br/>
      </w:r>
      <w:r w:rsidRPr="006C6C91">
        <w:rPr>
          <w:lang w:val="it-IT"/>
        </w:rPr>
        <w:br/>
      </w:r>
    </w:p>
    <w:sectPr w:rsidR="00726483" w:rsidRPr="006C6C9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0956"/>
    <w:rsid w:val="00034616"/>
    <w:rsid w:val="0006063C"/>
    <w:rsid w:val="000A7D4F"/>
    <w:rsid w:val="0015074B"/>
    <w:rsid w:val="001F6471"/>
    <w:rsid w:val="00234000"/>
    <w:rsid w:val="0029639D"/>
    <w:rsid w:val="00326F90"/>
    <w:rsid w:val="00426D69"/>
    <w:rsid w:val="00643F64"/>
    <w:rsid w:val="006C6C91"/>
    <w:rsid w:val="00726483"/>
    <w:rsid w:val="009109FB"/>
    <w:rsid w:val="00AA1D8D"/>
    <w:rsid w:val="00B16184"/>
    <w:rsid w:val="00B47730"/>
    <w:rsid w:val="00BC3C3B"/>
    <w:rsid w:val="00BF675D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3EA7F9"/>
  <w14:defaultImageDpi w14:val="330"/>
  <w15:docId w15:val="{BDC9348B-6EBD-43FB-AC8A-0B1295097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B6D5F2D-C79A-4CC3-A75B-089FEDF04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utente08</cp:lastModifiedBy>
  <cp:revision>2</cp:revision>
  <dcterms:created xsi:type="dcterms:W3CDTF">2026-10-05T08:56:00Z</dcterms:created>
  <dcterms:modified xsi:type="dcterms:W3CDTF">2026-10-05T08:56:00Z</dcterms:modified>
  <cp:category/>
</cp:coreProperties>
</file>